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DB6F" w14:textId="27CD3E2F" w:rsidR="00BF58DE" w:rsidRPr="00ED6D11" w:rsidRDefault="009971D1" w:rsidP="00ED6D11">
      <w:pPr>
        <w:spacing w:line="240" w:lineRule="auto"/>
        <w:rPr>
          <w:rFonts w:ascii="Arial" w:hAnsi="Arial" w:cs="Arial"/>
          <w:b/>
          <w:sz w:val="20"/>
          <w:szCs w:val="20"/>
          <w:lang w:val="el-GR"/>
        </w:rPr>
      </w:pPr>
      <w:r w:rsidRPr="00ED6D11">
        <w:rPr>
          <w:rFonts w:ascii="Arial" w:hAnsi="Arial" w:cs="Arial"/>
          <w:b/>
          <w:sz w:val="20"/>
          <w:szCs w:val="20"/>
          <w:lang w:val="el-GR"/>
        </w:rPr>
        <w:t>Προς το Δήμο Αριστοτέλη</w:t>
      </w:r>
    </w:p>
    <w:p w14:paraId="28D28DB9" w14:textId="5A7E3DE2" w:rsidR="009971D1" w:rsidRPr="00ED6D11" w:rsidRDefault="009971D1" w:rsidP="00ED6D11">
      <w:pPr>
        <w:spacing w:line="240" w:lineRule="auto"/>
        <w:rPr>
          <w:rFonts w:ascii="Arial" w:hAnsi="Arial" w:cs="Arial"/>
          <w:bCs/>
          <w:i/>
          <w:iCs/>
          <w:sz w:val="20"/>
          <w:szCs w:val="20"/>
          <w:lang w:val="el-GR"/>
        </w:rPr>
      </w:pPr>
      <w:proofErr w:type="spellStart"/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>Σχετ</w:t>
      </w:r>
      <w:proofErr w:type="spellEnd"/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 xml:space="preserve">.: Η από ________ Πρόσκληση με </w:t>
      </w:r>
      <w:proofErr w:type="spellStart"/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>αρ</w:t>
      </w:r>
      <w:proofErr w:type="spellEnd"/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>. _______ «__________»</w:t>
      </w:r>
    </w:p>
    <w:p w14:paraId="6618CF47" w14:textId="0951D8AA" w:rsidR="009971D1" w:rsidRPr="00ED6D11" w:rsidRDefault="009971D1" w:rsidP="00ED6D11">
      <w:pPr>
        <w:spacing w:line="240" w:lineRule="auto"/>
        <w:ind w:right="5310"/>
        <w:rPr>
          <w:rFonts w:ascii="Arial" w:hAnsi="Arial" w:cs="Arial"/>
          <w:bCs/>
          <w:i/>
          <w:iCs/>
          <w:sz w:val="20"/>
          <w:szCs w:val="20"/>
          <w:lang w:val="el-GR"/>
        </w:rPr>
      </w:pPr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>[Στοιχεία Οικονομικού Φορέα, λ.χ.</w:t>
      </w:r>
      <w:r w:rsidR="00625704" w:rsidRPr="00E1776C">
        <w:rPr>
          <w:rFonts w:ascii="Arial" w:hAnsi="Arial" w:cs="Arial"/>
          <w:bCs/>
          <w:i/>
          <w:iCs/>
          <w:sz w:val="20"/>
          <w:szCs w:val="20"/>
          <w:lang w:val="el-GR"/>
        </w:rPr>
        <w:t xml:space="preserve"> </w:t>
      </w:r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 xml:space="preserve">επωνυμία, διεύθυνση, </w:t>
      </w:r>
      <w:proofErr w:type="spellStart"/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>τηλ</w:t>
      </w:r>
      <w:proofErr w:type="spellEnd"/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 xml:space="preserve">., </w:t>
      </w:r>
      <w:r w:rsidRPr="00ED6D11">
        <w:rPr>
          <w:rFonts w:ascii="Arial" w:hAnsi="Arial" w:cs="Arial"/>
          <w:bCs/>
          <w:i/>
          <w:iCs/>
          <w:sz w:val="20"/>
          <w:szCs w:val="20"/>
        </w:rPr>
        <w:t>email</w:t>
      </w:r>
      <w:r w:rsidRPr="00ED6D11">
        <w:rPr>
          <w:rFonts w:ascii="Arial" w:hAnsi="Arial" w:cs="Arial"/>
          <w:bCs/>
          <w:i/>
          <w:iCs/>
          <w:sz w:val="20"/>
          <w:szCs w:val="20"/>
          <w:lang w:val="el-GR"/>
        </w:rPr>
        <w:t>]</w:t>
      </w:r>
    </w:p>
    <w:p w14:paraId="5F0F40D1" w14:textId="77777777" w:rsidR="00E1776C" w:rsidRDefault="00E1776C" w:rsidP="00251383">
      <w:pPr>
        <w:spacing w:line="240" w:lineRule="auto"/>
        <w:jc w:val="center"/>
        <w:rPr>
          <w:rFonts w:ascii="Arial" w:hAnsi="Arial" w:cs="Arial"/>
          <w:b/>
          <w:sz w:val="20"/>
          <w:szCs w:val="20"/>
          <w:lang w:val="el-GR"/>
        </w:rPr>
      </w:pPr>
    </w:p>
    <w:p w14:paraId="3D63734C" w14:textId="413D1303" w:rsidR="0048784C" w:rsidRPr="00ED6D11" w:rsidRDefault="00AE6EFD" w:rsidP="00ED6D11">
      <w:pPr>
        <w:spacing w:line="240" w:lineRule="auto"/>
        <w:jc w:val="center"/>
        <w:rPr>
          <w:rFonts w:ascii="Arial" w:hAnsi="Arial" w:cs="Arial"/>
          <w:sz w:val="20"/>
          <w:szCs w:val="20"/>
          <w:lang w:val="el-GR"/>
        </w:rPr>
      </w:pPr>
      <w:r w:rsidRPr="00ED6D11">
        <w:rPr>
          <w:rFonts w:ascii="Arial" w:hAnsi="Arial" w:cs="Arial"/>
          <w:b/>
          <w:sz w:val="20"/>
          <w:szCs w:val="20"/>
          <w:lang w:val="el-GR"/>
        </w:rPr>
        <w:t>ΔΗΛΩΣΗ ΑΠΟΔΟΧΗΣ ΟΡΩΝ ΔΙΑΓΩΝΙΣΜΟΥ</w:t>
      </w:r>
    </w:p>
    <w:p w14:paraId="6EC2022F" w14:textId="77777777" w:rsidR="00104E47" w:rsidRPr="00ED6D11" w:rsidRDefault="00AE6EFD" w:rsidP="00104E47">
      <w:pPr>
        <w:spacing w:line="24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ED6D11">
        <w:rPr>
          <w:rFonts w:ascii="Arial" w:hAnsi="Arial" w:cs="Arial"/>
          <w:sz w:val="20"/>
          <w:szCs w:val="20"/>
          <w:lang w:val="el-GR"/>
        </w:rPr>
        <w:t>Ο</w:t>
      </w:r>
      <w:r w:rsidR="009971D1" w:rsidRPr="00ED6D11">
        <w:rPr>
          <w:rFonts w:ascii="Arial" w:hAnsi="Arial" w:cs="Arial"/>
          <w:sz w:val="20"/>
          <w:szCs w:val="20"/>
          <w:lang w:val="el-GR"/>
        </w:rPr>
        <w:t xml:space="preserve">/Η ______________, νόμιμος εκπρόσωπος σύμφωνα με ____________ του οικονομικού φορέα με την επωνυμία </w:t>
      </w:r>
      <w:r w:rsidR="00104E47" w:rsidRPr="00ED6D11">
        <w:rPr>
          <w:rFonts w:ascii="Arial" w:hAnsi="Arial" w:cs="Arial"/>
          <w:sz w:val="20"/>
          <w:szCs w:val="20"/>
          <w:lang w:val="el-GR"/>
        </w:rPr>
        <w:t>εφεξής «ο Οικονομικός Φορέας»), δηλώνω υπεύθυνα, εξ ονόματος και για λογαριασμό του Οικονομικού Φορέα και με πλήρη γνώση των συνεπειών που ο νόμος προβλέπει για όποιον υποβάλλει ψευδή ή ανακριβή υπεύθυνη δήλωση (άρθρο 8 του ν. 1599/1986), ότι:</w:t>
      </w:r>
    </w:p>
    <w:p w14:paraId="23DAC0D2" w14:textId="0E5EDE01" w:rsidR="00104E47" w:rsidRPr="00ED6D11" w:rsidRDefault="00104E47" w:rsidP="00104E47">
      <w:pPr>
        <w:spacing w:line="24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ED6D11">
        <w:rPr>
          <w:rFonts w:ascii="Arial" w:hAnsi="Arial" w:cs="Arial"/>
          <w:sz w:val="20"/>
          <w:szCs w:val="20"/>
          <w:lang w:val="el-GR"/>
        </w:rPr>
        <w:t>Ι. Προκειμένου να καταρτίσει και να υποβάλει την προσφορά του, ο Οικονομικός Φορέας μελέτησε προσεκτικά και έλαβε πλήρη γνώση:</w:t>
      </w:r>
    </w:p>
    <w:p w14:paraId="29D298DA" w14:textId="7DA93C90" w:rsidR="00C36BB5" w:rsidRPr="00053D8B" w:rsidRDefault="00C36BB5" w:rsidP="00053D8B">
      <w:pPr>
        <w:pStyle w:val="aa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053D8B">
        <w:rPr>
          <w:rFonts w:ascii="Arial" w:hAnsi="Arial" w:cs="Arial"/>
          <w:sz w:val="20"/>
          <w:szCs w:val="20"/>
          <w:lang w:val="el-GR"/>
        </w:rPr>
        <w:t xml:space="preserve">της Πρόσκλησης και των λοιπών Τευχών του Διαγωνισμού, </w:t>
      </w:r>
    </w:p>
    <w:p w14:paraId="5588CE6F" w14:textId="39B01BFB" w:rsidR="00C36BB5" w:rsidRPr="00ED6D11" w:rsidRDefault="00C36BB5" w:rsidP="00053D8B">
      <w:pPr>
        <w:pStyle w:val="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D6D11">
        <w:rPr>
          <w:rFonts w:ascii="Arial" w:hAnsi="Arial" w:cs="Arial"/>
          <w:sz w:val="20"/>
          <w:szCs w:val="20"/>
        </w:rPr>
        <w:t>του νομοθετικού και κανονιστικού πλαισίου που διέπει το συγκεκριμένο Διαγωνισμό</w:t>
      </w:r>
      <w:r w:rsidR="00B06E41" w:rsidRPr="00ED6D11">
        <w:rPr>
          <w:rFonts w:ascii="Arial" w:hAnsi="Arial" w:cs="Arial"/>
          <w:sz w:val="20"/>
          <w:szCs w:val="20"/>
        </w:rPr>
        <w:t>,</w:t>
      </w:r>
      <w:r w:rsidRPr="00ED6D11">
        <w:rPr>
          <w:rFonts w:ascii="Arial" w:hAnsi="Arial" w:cs="Arial"/>
          <w:sz w:val="20"/>
          <w:szCs w:val="20"/>
        </w:rPr>
        <w:t xml:space="preserve"> </w:t>
      </w:r>
    </w:p>
    <w:p w14:paraId="67B006BC" w14:textId="4FBAD08D" w:rsidR="00C36BB5" w:rsidRPr="00ED6D11" w:rsidRDefault="00C36BB5" w:rsidP="00053D8B">
      <w:pPr>
        <w:pStyle w:val="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D6D11">
        <w:rPr>
          <w:rFonts w:ascii="Arial" w:hAnsi="Arial" w:cs="Arial"/>
          <w:sz w:val="20"/>
          <w:szCs w:val="20"/>
        </w:rPr>
        <w:t>τ</w:t>
      </w:r>
      <w:r w:rsidR="003B6CB9" w:rsidRPr="00ED6D11">
        <w:rPr>
          <w:rFonts w:ascii="Arial" w:hAnsi="Arial" w:cs="Arial"/>
          <w:sz w:val="20"/>
          <w:szCs w:val="20"/>
        </w:rPr>
        <w:t>ων</w:t>
      </w:r>
      <w:r w:rsidRPr="00ED6D11">
        <w:rPr>
          <w:rFonts w:ascii="Arial" w:hAnsi="Arial" w:cs="Arial"/>
          <w:sz w:val="20"/>
          <w:szCs w:val="20"/>
        </w:rPr>
        <w:t xml:space="preserve"> περιορισμ</w:t>
      </w:r>
      <w:r w:rsidR="003B6CB9" w:rsidRPr="00ED6D11">
        <w:rPr>
          <w:rFonts w:ascii="Arial" w:hAnsi="Arial" w:cs="Arial"/>
          <w:sz w:val="20"/>
          <w:szCs w:val="20"/>
        </w:rPr>
        <w:t>ών</w:t>
      </w:r>
      <w:r w:rsidRPr="00ED6D11">
        <w:rPr>
          <w:rFonts w:ascii="Arial" w:hAnsi="Arial" w:cs="Arial"/>
          <w:sz w:val="20"/>
          <w:szCs w:val="20"/>
        </w:rPr>
        <w:t xml:space="preserve"> και τ</w:t>
      </w:r>
      <w:r w:rsidR="003B6CB9" w:rsidRPr="00ED6D11">
        <w:rPr>
          <w:rFonts w:ascii="Arial" w:hAnsi="Arial" w:cs="Arial"/>
          <w:sz w:val="20"/>
          <w:szCs w:val="20"/>
        </w:rPr>
        <w:t>ων</w:t>
      </w:r>
      <w:r w:rsidRPr="00ED6D11">
        <w:rPr>
          <w:rFonts w:ascii="Arial" w:hAnsi="Arial" w:cs="Arial"/>
          <w:sz w:val="20"/>
          <w:szCs w:val="20"/>
        </w:rPr>
        <w:t xml:space="preserve"> απαιτήσε</w:t>
      </w:r>
      <w:r w:rsidR="003B6CB9" w:rsidRPr="00ED6D11">
        <w:rPr>
          <w:rFonts w:ascii="Arial" w:hAnsi="Arial" w:cs="Arial"/>
          <w:sz w:val="20"/>
          <w:szCs w:val="20"/>
        </w:rPr>
        <w:t>ων</w:t>
      </w:r>
      <w:r w:rsidRPr="00ED6D11">
        <w:rPr>
          <w:rFonts w:ascii="Arial" w:hAnsi="Arial" w:cs="Arial"/>
          <w:sz w:val="20"/>
          <w:szCs w:val="20"/>
        </w:rPr>
        <w:t xml:space="preserve"> του αντικειμένου του Διαγωνισμού, όπως περιγράφονται στην Πρόσκληση και τα Τεύχη του Διαγωνισμού</w:t>
      </w:r>
      <w:r w:rsidR="00B06E41" w:rsidRPr="00ED6D11">
        <w:rPr>
          <w:rFonts w:ascii="Arial" w:hAnsi="Arial" w:cs="Arial"/>
          <w:sz w:val="20"/>
          <w:szCs w:val="20"/>
        </w:rPr>
        <w:t>,</w:t>
      </w:r>
      <w:r w:rsidRPr="00ED6D11">
        <w:rPr>
          <w:rFonts w:ascii="Arial" w:hAnsi="Arial" w:cs="Arial"/>
          <w:sz w:val="20"/>
          <w:szCs w:val="20"/>
        </w:rPr>
        <w:t xml:space="preserve"> </w:t>
      </w:r>
    </w:p>
    <w:p w14:paraId="1EC2A349" w14:textId="6BAF81E5" w:rsidR="00C36BB5" w:rsidRPr="00ED6D11" w:rsidRDefault="00C36BB5" w:rsidP="00053D8B">
      <w:pPr>
        <w:pStyle w:val="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D6D11">
        <w:rPr>
          <w:rFonts w:ascii="Arial" w:hAnsi="Arial" w:cs="Arial"/>
          <w:sz w:val="20"/>
          <w:szCs w:val="20"/>
        </w:rPr>
        <w:t xml:space="preserve">των τοπικών και ειδικών συνθηκών υλοποίησης του αντικειμένου του Διαγωνισμού, καθώς και </w:t>
      </w:r>
    </w:p>
    <w:p w14:paraId="304A5D7B" w14:textId="4B3C05D1" w:rsidR="00670E4F" w:rsidRPr="00ED6D11" w:rsidRDefault="00C36BB5" w:rsidP="00053D8B">
      <w:pPr>
        <w:pStyle w:val="Web"/>
        <w:numPr>
          <w:ilvl w:val="0"/>
          <w:numId w:val="1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D6D11">
        <w:rPr>
          <w:rFonts w:ascii="Arial" w:hAnsi="Arial" w:cs="Arial"/>
          <w:sz w:val="20"/>
          <w:szCs w:val="20"/>
        </w:rPr>
        <w:t>του συνόλου των δεδομένων, που περιλαμβάνονται στην Τεχνική Περιγραφή</w:t>
      </w:r>
      <w:r w:rsidR="00670E4F" w:rsidRPr="00ED6D11">
        <w:rPr>
          <w:rFonts w:ascii="Calibri" w:hAnsi="Calibri" w:cs="Calibri"/>
          <w:sz w:val="20"/>
          <w:szCs w:val="20"/>
        </w:rPr>
        <w:t xml:space="preserve"> </w:t>
      </w:r>
      <w:r w:rsidR="00670E4F" w:rsidRPr="00ED6D11">
        <w:rPr>
          <w:rFonts w:ascii="Arial" w:hAnsi="Arial" w:cs="Arial"/>
          <w:sz w:val="20"/>
          <w:szCs w:val="20"/>
        </w:rPr>
        <w:t>και στις τεχνικές προδιαγραφές των Τευχών του Διαγωνισμού.</w:t>
      </w:r>
    </w:p>
    <w:p w14:paraId="66F651AF" w14:textId="77777777" w:rsidR="00C36BB5" w:rsidRPr="00ED6D11" w:rsidRDefault="00C36BB5" w:rsidP="00ED6D11">
      <w:pPr>
        <w:pStyle w:val="Web"/>
        <w:spacing w:before="0" w:beforeAutospacing="0" w:after="0" w:afterAutospacing="0"/>
        <w:ind w:left="851" w:hanging="284"/>
        <w:jc w:val="both"/>
        <w:rPr>
          <w:rFonts w:ascii="Arial" w:hAnsi="Arial" w:cs="Arial"/>
          <w:sz w:val="20"/>
          <w:szCs w:val="20"/>
        </w:rPr>
      </w:pPr>
    </w:p>
    <w:p w14:paraId="6FA54E86" w14:textId="5C9A7771" w:rsidR="00C36BB5" w:rsidRPr="00ED6D11" w:rsidRDefault="00C36BB5" w:rsidP="00ED6D11">
      <w:pPr>
        <w:pStyle w:val="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D6D11">
        <w:rPr>
          <w:rFonts w:ascii="Arial" w:hAnsi="Arial" w:cs="Arial"/>
          <w:sz w:val="20"/>
          <w:szCs w:val="20"/>
        </w:rPr>
        <w:t xml:space="preserve">ΙΙ. </w:t>
      </w:r>
      <w:r w:rsidR="00670E4F" w:rsidRPr="00ED6D11">
        <w:rPr>
          <w:rFonts w:ascii="Arial" w:hAnsi="Arial" w:cs="Arial"/>
          <w:sz w:val="20"/>
          <w:szCs w:val="20"/>
        </w:rPr>
        <w:t>Ο Οικονομικός Φορέας α</w:t>
      </w:r>
      <w:r w:rsidRPr="00ED6D11">
        <w:rPr>
          <w:rFonts w:ascii="Arial" w:hAnsi="Arial" w:cs="Arial"/>
          <w:sz w:val="20"/>
          <w:szCs w:val="20"/>
        </w:rPr>
        <w:t>ναγνωρίζ</w:t>
      </w:r>
      <w:r w:rsidR="00670E4F" w:rsidRPr="00ED6D11">
        <w:rPr>
          <w:rFonts w:ascii="Arial" w:hAnsi="Arial" w:cs="Arial"/>
          <w:sz w:val="20"/>
          <w:szCs w:val="20"/>
        </w:rPr>
        <w:t>ει</w:t>
      </w:r>
      <w:r w:rsidRPr="00ED6D11">
        <w:rPr>
          <w:rFonts w:ascii="Arial" w:hAnsi="Arial" w:cs="Arial"/>
          <w:sz w:val="20"/>
          <w:szCs w:val="20"/>
        </w:rPr>
        <w:t xml:space="preserve"> και αποδ</w:t>
      </w:r>
      <w:r w:rsidR="00670E4F" w:rsidRPr="00ED6D11">
        <w:rPr>
          <w:rFonts w:ascii="Arial" w:hAnsi="Arial" w:cs="Arial"/>
          <w:sz w:val="20"/>
          <w:szCs w:val="20"/>
        </w:rPr>
        <w:t>έχεται</w:t>
      </w:r>
      <w:r w:rsidRPr="00ED6D11">
        <w:rPr>
          <w:rFonts w:ascii="Arial" w:hAnsi="Arial" w:cs="Arial"/>
          <w:sz w:val="20"/>
          <w:szCs w:val="20"/>
        </w:rPr>
        <w:t xml:space="preserve"> ρητά </w:t>
      </w:r>
      <w:r w:rsidR="00251383" w:rsidRPr="00ED6D11">
        <w:rPr>
          <w:rFonts w:ascii="Arial" w:hAnsi="Arial" w:cs="Arial"/>
          <w:sz w:val="20"/>
          <w:szCs w:val="20"/>
        </w:rPr>
        <w:t xml:space="preserve">και ανεπιφύλακτα </w:t>
      </w:r>
      <w:r w:rsidRPr="00ED6D11">
        <w:rPr>
          <w:rFonts w:ascii="Arial" w:hAnsi="Arial" w:cs="Arial"/>
          <w:sz w:val="20"/>
          <w:szCs w:val="20"/>
        </w:rPr>
        <w:t xml:space="preserve">την ισχύ των όρων </w:t>
      </w:r>
      <w:r w:rsidR="00251383" w:rsidRPr="00ED6D11">
        <w:rPr>
          <w:rFonts w:ascii="Arial" w:hAnsi="Arial" w:cs="Arial"/>
          <w:sz w:val="20"/>
          <w:szCs w:val="20"/>
        </w:rPr>
        <w:t>της Πρόσκλησης και των Τευχών</w:t>
      </w:r>
      <w:r w:rsidRPr="00ED6D11">
        <w:rPr>
          <w:rFonts w:ascii="Arial" w:hAnsi="Arial" w:cs="Arial"/>
          <w:sz w:val="20"/>
          <w:szCs w:val="20"/>
        </w:rPr>
        <w:t xml:space="preserve"> του Διαγωνισμού.</w:t>
      </w:r>
      <w:r w:rsidR="00251383" w:rsidRPr="00ED6D11">
        <w:rPr>
          <w:rFonts w:ascii="Arial" w:hAnsi="Arial" w:cs="Arial"/>
          <w:sz w:val="20"/>
          <w:szCs w:val="20"/>
        </w:rPr>
        <w:t xml:space="preserve"> </w:t>
      </w:r>
    </w:p>
    <w:p w14:paraId="407F4ED3" w14:textId="77777777" w:rsidR="00251383" w:rsidRPr="00ED6D11" w:rsidRDefault="00251383" w:rsidP="00ED6D11">
      <w:pPr>
        <w:pStyle w:val="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3C24FE9" w14:textId="77B850AB" w:rsidR="00C36BB5" w:rsidRPr="00ED6D11" w:rsidRDefault="00251383" w:rsidP="00ED6D11">
      <w:pPr>
        <w:pStyle w:val="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D6D11">
        <w:rPr>
          <w:rFonts w:ascii="Arial" w:hAnsi="Arial" w:cs="Arial"/>
          <w:sz w:val="20"/>
          <w:szCs w:val="20"/>
        </w:rPr>
        <w:t xml:space="preserve">ΙΙΙ. </w:t>
      </w:r>
      <w:r w:rsidR="00C36BB5" w:rsidRPr="00ED6D11">
        <w:rPr>
          <w:rFonts w:ascii="Arial" w:hAnsi="Arial" w:cs="Arial"/>
          <w:sz w:val="20"/>
          <w:szCs w:val="20"/>
        </w:rPr>
        <w:t xml:space="preserve">Η </w:t>
      </w:r>
      <w:r w:rsidRPr="00ED6D11">
        <w:rPr>
          <w:rFonts w:ascii="Arial" w:hAnsi="Arial" w:cs="Arial"/>
          <w:sz w:val="20"/>
          <w:szCs w:val="20"/>
        </w:rPr>
        <w:t>Π</w:t>
      </w:r>
      <w:r w:rsidR="00C36BB5" w:rsidRPr="00ED6D11">
        <w:rPr>
          <w:rFonts w:ascii="Arial" w:hAnsi="Arial" w:cs="Arial"/>
          <w:sz w:val="20"/>
          <w:szCs w:val="20"/>
        </w:rPr>
        <w:t xml:space="preserve">ροσφορά </w:t>
      </w:r>
      <w:r w:rsidR="00E10792" w:rsidRPr="00ED6D11">
        <w:rPr>
          <w:rFonts w:ascii="Arial" w:hAnsi="Arial" w:cs="Arial"/>
          <w:sz w:val="20"/>
          <w:szCs w:val="20"/>
        </w:rPr>
        <w:t>του Οικονομικού Φορέα</w:t>
      </w:r>
      <w:r w:rsidR="00C36BB5" w:rsidRPr="00ED6D11">
        <w:rPr>
          <w:rFonts w:ascii="Arial" w:hAnsi="Arial" w:cs="Arial"/>
          <w:sz w:val="20"/>
          <w:szCs w:val="20"/>
        </w:rPr>
        <w:t xml:space="preserve"> καταρτίστηκε σύμφωνα με όλα τα στοιχεία των προηγούμενων παραγράφων.</w:t>
      </w:r>
    </w:p>
    <w:p w14:paraId="552782D3" w14:textId="77777777" w:rsidR="00251383" w:rsidRPr="00ED6D11" w:rsidRDefault="00251383" w:rsidP="00ED6D11">
      <w:pPr>
        <w:pStyle w:val="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7931FD1" w14:textId="7883D1BC" w:rsidR="00251383" w:rsidRPr="00ED6D11" w:rsidRDefault="00251383" w:rsidP="00ED6D11">
      <w:pPr>
        <w:spacing w:line="24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ED6D11">
        <w:rPr>
          <w:rFonts w:ascii="Arial" w:hAnsi="Arial" w:cs="Arial"/>
          <w:sz w:val="20"/>
          <w:szCs w:val="20"/>
          <w:lang w:val="el-GR"/>
        </w:rPr>
        <w:t>Ι</w:t>
      </w:r>
      <w:r w:rsidRPr="00ED6D11">
        <w:rPr>
          <w:rFonts w:ascii="Arial" w:hAnsi="Arial" w:cs="Arial"/>
          <w:sz w:val="20"/>
          <w:szCs w:val="20"/>
        </w:rPr>
        <w:t>V</w:t>
      </w:r>
      <w:r w:rsidRPr="00ED6D11">
        <w:rPr>
          <w:rFonts w:ascii="Arial" w:hAnsi="Arial" w:cs="Arial"/>
          <w:sz w:val="20"/>
          <w:szCs w:val="20"/>
          <w:lang w:val="el-GR"/>
        </w:rPr>
        <w:t xml:space="preserve">. </w:t>
      </w:r>
      <w:r w:rsidRPr="00ED6D11">
        <w:rPr>
          <w:rFonts w:ascii="Arial" w:hAnsi="Arial" w:cs="Arial"/>
          <w:sz w:val="20"/>
          <w:szCs w:val="20"/>
        </w:rPr>
        <w:t>To</w:t>
      </w:r>
      <w:r w:rsidRPr="00ED6D11">
        <w:rPr>
          <w:rFonts w:ascii="Arial" w:hAnsi="Arial" w:cs="Arial"/>
          <w:sz w:val="20"/>
          <w:szCs w:val="20"/>
          <w:lang w:val="el-GR"/>
        </w:rPr>
        <w:t xml:space="preserve"> </w:t>
      </w:r>
      <w:r w:rsidR="00BA6075" w:rsidRPr="00ED6D11">
        <w:rPr>
          <w:rFonts w:ascii="Arial" w:hAnsi="Arial" w:cs="Arial"/>
          <w:sz w:val="20"/>
          <w:szCs w:val="20"/>
          <w:lang w:val="el-GR"/>
        </w:rPr>
        <w:t xml:space="preserve">σύνολο των στοιχείων της Προσφοράς του Οικονομικού Φορέα είναι αληθή, ακριβή και πλήρη, και ότι ο Οικονομικός Φορέας διαθέτει </w:t>
      </w:r>
      <w:r w:rsidRPr="00ED6D11">
        <w:rPr>
          <w:rFonts w:ascii="Arial" w:hAnsi="Arial" w:cs="Arial"/>
          <w:sz w:val="20"/>
          <w:szCs w:val="20"/>
          <w:lang w:val="el-GR"/>
        </w:rPr>
        <w:t>την απαιτούμενη τεχνική και επαγγελματική επάρκεια για την υλοποίηση του αντικειμένου του Διαγωνισμού.</w:t>
      </w:r>
    </w:p>
    <w:p w14:paraId="51B9D9A3" w14:textId="31CACAD5" w:rsidR="00251383" w:rsidRPr="00ED6D11" w:rsidRDefault="00251383" w:rsidP="00251383">
      <w:pPr>
        <w:spacing w:line="24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ED6D11">
        <w:rPr>
          <w:rFonts w:ascii="Arial" w:hAnsi="Arial" w:cs="Arial"/>
          <w:sz w:val="20"/>
          <w:szCs w:val="20"/>
        </w:rPr>
        <w:t>V</w:t>
      </w:r>
      <w:r w:rsidRPr="00ED6D11">
        <w:rPr>
          <w:rFonts w:ascii="Arial" w:hAnsi="Arial" w:cs="Arial"/>
          <w:sz w:val="20"/>
          <w:szCs w:val="20"/>
          <w:lang w:val="el-GR"/>
        </w:rPr>
        <w:t xml:space="preserve">. Σε περίπτωση ανάθεσης, </w:t>
      </w:r>
      <w:r w:rsidR="00BA6075" w:rsidRPr="00ED6D11">
        <w:rPr>
          <w:rFonts w:ascii="Arial" w:hAnsi="Arial" w:cs="Arial"/>
          <w:sz w:val="20"/>
          <w:szCs w:val="20"/>
          <w:lang w:val="el-GR"/>
        </w:rPr>
        <w:t>ο Οικονομικός Φορέας</w:t>
      </w:r>
      <w:r w:rsidR="004062E4" w:rsidRPr="00ED6D11">
        <w:rPr>
          <w:rFonts w:ascii="Arial" w:hAnsi="Arial" w:cs="Arial"/>
          <w:sz w:val="20"/>
          <w:szCs w:val="20"/>
          <w:lang w:val="el-GR"/>
        </w:rPr>
        <w:t xml:space="preserve"> αναλαμβάνει</w:t>
      </w:r>
      <w:r w:rsidRPr="00ED6D11">
        <w:rPr>
          <w:rFonts w:ascii="Arial" w:hAnsi="Arial" w:cs="Arial"/>
          <w:sz w:val="20"/>
          <w:szCs w:val="20"/>
          <w:lang w:val="el-GR"/>
        </w:rPr>
        <w:t xml:space="preserve"> την υποχρέωση να υλοπο</w:t>
      </w:r>
      <w:r w:rsidR="004062E4" w:rsidRPr="00ED6D11">
        <w:rPr>
          <w:rFonts w:ascii="Arial" w:hAnsi="Arial" w:cs="Arial"/>
          <w:sz w:val="20"/>
          <w:szCs w:val="20"/>
          <w:lang w:val="el-GR"/>
        </w:rPr>
        <w:t>ίησης</w:t>
      </w:r>
      <w:r w:rsidRPr="00ED6D11">
        <w:rPr>
          <w:rFonts w:ascii="Arial" w:hAnsi="Arial" w:cs="Arial"/>
          <w:sz w:val="20"/>
          <w:szCs w:val="20"/>
          <w:lang w:val="el-GR"/>
        </w:rPr>
        <w:t xml:space="preserve"> το</w:t>
      </w:r>
      <w:r w:rsidR="004062E4" w:rsidRPr="00ED6D11">
        <w:rPr>
          <w:rFonts w:ascii="Arial" w:hAnsi="Arial" w:cs="Arial"/>
          <w:sz w:val="20"/>
          <w:szCs w:val="20"/>
          <w:lang w:val="el-GR"/>
        </w:rPr>
        <w:t>υ</w:t>
      </w:r>
      <w:r w:rsidRPr="00ED6D11">
        <w:rPr>
          <w:rFonts w:ascii="Arial" w:hAnsi="Arial" w:cs="Arial"/>
          <w:sz w:val="20"/>
          <w:szCs w:val="20"/>
          <w:lang w:val="el-GR"/>
        </w:rPr>
        <w:t xml:space="preserve"> αντικε</w:t>
      </w:r>
      <w:r w:rsidR="004062E4" w:rsidRPr="00ED6D11">
        <w:rPr>
          <w:rFonts w:ascii="Arial" w:hAnsi="Arial" w:cs="Arial"/>
          <w:sz w:val="20"/>
          <w:szCs w:val="20"/>
          <w:lang w:val="el-GR"/>
        </w:rPr>
        <w:t>ιμένου</w:t>
      </w:r>
      <w:r w:rsidRPr="00ED6D11">
        <w:rPr>
          <w:rFonts w:ascii="Arial" w:hAnsi="Arial" w:cs="Arial"/>
          <w:sz w:val="20"/>
          <w:szCs w:val="20"/>
          <w:lang w:val="el-GR"/>
        </w:rPr>
        <w:t xml:space="preserve"> του Διαγωνισμού σύμφωνα με τους όρους της σύμβασης, το χρονοδιάγραμμα και τις τεχνικές προδιαγραφές που προβλέπονται σε αυτή.</w:t>
      </w:r>
    </w:p>
    <w:p w14:paraId="41B05C70" w14:textId="77777777" w:rsidR="00C36399" w:rsidRPr="00ED6D11" w:rsidRDefault="00C36399" w:rsidP="00C36399">
      <w:pPr>
        <w:spacing w:line="24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ED6D11">
        <w:rPr>
          <w:rFonts w:ascii="Arial" w:hAnsi="Arial" w:cs="Arial"/>
          <w:sz w:val="20"/>
          <w:szCs w:val="20"/>
          <w:lang w:val="el-GR"/>
        </w:rPr>
        <w:t>VI. Ο Οικονομικός Φορέας παραιτείται ρητά και ανεπιφύλακτα από κάθε αξίωση, απαίτηση ή ένσταση που θα στηριζόταν σε άγνοια ή ελλιπή γνώση των όρων της Πρόσκλησης, των Τευχών του Διαγωνισμού ή των τοπικών και ειδικών συνθηκών υλοποίησης του αντικειμένου του Διαγωνισμού.</w:t>
      </w:r>
    </w:p>
    <w:p w14:paraId="0C1B6C69" w14:textId="77777777" w:rsidR="000C31E6" w:rsidRPr="00ED6D11" w:rsidRDefault="000C31E6" w:rsidP="000C31E6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  <w:lang w:val="el-GR"/>
        </w:rPr>
      </w:pPr>
      <w:r w:rsidRPr="00ED6D11">
        <w:rPr>
          <w:rFonts w:ascii="Arial" w:hAnsi="Arial" w:cs="Arial"/>
          <w:i/>
          <w:iCs/>
          <w:sz w:val="20"/>
          <w:szCs w:val="20"/>
          <w:lang w:val="el-GR"/>
        </w:rPr>
        <w:t>[Τόπος], [ημερομηνία]</w:t>
      </w:r>
    </w:p>
    <w:p w14:paraId="05B25C13" w14:textId="1F8F2B5C" w:rsidR="00251383" w:rsidRPr="00ED6D11" w:rsidRDefault="00251383" w:rsidP="00ED6D11">
      <w:pPr>
        <w:spacing w:line="240" w:lineRule="auto"/>
        <w:rPr>
          <w:rFonts w:ascii="Arial" w:hAnsi="Arial" w:cs="Arial"/>
          <w:i/>
          <w:iCs/>
          <w:sz w:val="20"/>
          <w:szCs w:val="20"/>
          <w:lang w:val="el-GR"/>
        </w:rPr>
      </w:pPr>
      <w:r w:rsidRPr="00ED6D11">
        <w:rPr>
          <w:rFonts w:ascii="Arial" w:hAnsi="Arial" w:cs="Arial"/>
          <w:sz w:val="20"/>
          <w:szCs w:val="20"/>
          <w:lang w:val="el-GR"/>
        </w:rPr>
        <w:t>Για</w:t>
      </w:r>
      <w:r w:rsidR="00EC31E2" w:rsidRPr="00ED6D11">
        <w:rPr>
          <w:rFonts w:ascii="Arial" w:hAnsi="Arial" w:cs="Arial"/>
          <w:sz w:val="20"/>
          <w:szCs w:val="20"/>
          <w:lang w:val="el-GR"/>
        </w:rPr>
        <w:t xml:space="preserve"> τ__</w:t>
      </w:r>
      <w:r w:rsidRPr="00ED6D11">
        <w:rPr>
          <w:rFonts w:ascii="Arial" w:hAnsi="Arial" w:cs="Arial"/>
          <w:sz w:val="20"/>
          <w:szCs w:val="20"/>
          <w:lang w:val="el-GR"/>
        </w:rPr>
        <w:t xml:space="preserve"> </w:t>
      </w:r>
      <w:r w:rsidRPr="00ED6D11">
        <w:rPr>
          <w:rFonts w:ascii="Arial" w:hAnsi="Arial" w:cs="Arial"/>
          <w:i/>
          <w:iCs/>
          <w:sz w:val="20"/>
          <w:szCs w:val="20"/>
          <w:lang w:val="el-GR"/>
        </w:rPr>
        <w:t>[επωνυμία οικονομικού φορέα]</w:t>
      </w:r>
    </w:p>
    <w:p w14:paraId="4C67E769" w14:textId="44C31AC5" w:rsidR="00251383" w:rsidRPr="00ED6D11" w:rsidRDefault="00251383" w:rsidP="00ED6D11">
      <w:pPr>
        <w:tabs>
          <w:tab w:val="left" w:pos="5954"/>
          <w:tab w:val="right" w:pos="9639"/>
        </w:tabs>
        <w:spacing w:line="240" w:lineRule="auto"/>
        <w:rPr>
          <w:rFonts w:ascii="Arial" w:hAnsi="Arial" w:cs="Arial"/>
          <w:sz w:val="20"/>
          <w:szCs w:val="20"/>
          <w:u w:val="single"/>
          <w:lang w:val="el-GR"/>
        </w:rPr>
      </w:pPr>
      <w:r w:rsidRPr="00ED6D11">
        <w:rPr>
          <w:rFonts w:ascii="Arial" w:hAnsi="Arial" w:cs="Arial"/>
          <w:sz w:val="20"/>
          <w:szCs w:val="20"/>
          <w:u w:val="single"/>
          <w:lang w:val="el-GR"/>
        </w:rPr>
        <w:tab/>
      </w:r>
      <w:r w:rsidRPr="00ED6D11">
        <w:rPr>
          <w:rFonts w:ascii="Arial" w:hAnsi="Arial" w:cs="Arial"/>
          <w:sz w:val="20"/>
          <w:szCs w:val="20"/>
          <w:lang w:val="el-GR"/>
        </w:rPr>
        <w:tab/>
      </w:r>
    </w:p>
    <w:p w14:paraId="204AFE20" w14:textId="04CE491D" w:rsidR="0048784C" w:rsidRPr="00ED6D11" w:rsidRDefault="00251383" w:rsidP="00ED6D11">
      <w:pPr>
        <w:rPr>
          <w:rFonts w:ascii="Arial" w:hAnsi="Arial" w:cs="Arial"/>
          <w:lang w:val="el-GR"/>
        </w:rPr>
      </w:pPr>
      <w:r w:rsidRPr="00ED6D11">
        <w:rPr>
          <w:rFonts w:ascii="Arial" w:hAnsi="Arial" w:cs="Arial"/>
          <w:i/>
          <w:iCs/>
          <w:sz w:val="20"/>
          <w:szCs w:val="20"/>
          <w:lang w:val="el-GR"/>
        </w:rPr>
        <w:t>[Σφραγίδα &amp; υπογραφή</w:t>
      </w:r>
      <w:r w:rsidR="00A666A6" w:rsidRPr="00E1776C">
        <w:rPr>
          <w:rFonts w:ascii="Arial" w:hAnsi="Arial" w:cs="Arial"/>
          <w:i/>
          <w:iCs/>
          <w:sz w:val="20"/>
          <w:szCs w:val="20"/>
          <w:lang w:val="el-GR"/>
        </w:rPr>
        <w:t xml:space="preserve">/εγκεκριμένη ηλεκτρονική υπογραφή </w:t>
      </w:r>
      <w:proofErr w:type="spellStart"/>
      <w:r w:rsidR="00A666A6" w:rsidRPr="00E1776C">
        <w:rPr>
          <w:rFonts w:ascii="Arial" w:hAnsi="Arial" w:cs="Arial"/>
          <w:i/>
          <w:iCs/>
          <w:sz w:val="20"/>
          <w:szCs w:val="20"/>
          <w:lang w:val="el-GR"/>
        </w:rPr>
        <w:t>νομίμου</w:t>
      </w:r>
      <w:proofErr w:type="spellEnd"/>
      <w:r w:rsidR="00A666A6" w:rsidRPr="00E1776C">
        <w:rPr>
          <w:rFonts w:ascii="Arial" w:hAnsi="Arial" w:cs="Arial"/>
          <w:i/>
          <w:iCs/>
          <w:sz w:val="20"/>
          <w:szCs w:val="20"/>
          <w:lang w:val="el-GR"/>
        </w:rPr>
        <w:t xml:space="preserve"> εκπροσώπου οικονομικού </w:t>
      </w:r>
      <w:r w:rsidR="00E1776C">
        <w:rPr>
          <w:rFonts w:ascii="Arial" w:hAnsi="Arial" w:cs="Arial"/>
          <w:i/>
          <w:iCs/>
          <w:sz w:val="20"/>
          <w:szCs w:val="20"/>
          <w:lang w:val="el-GR"/>
        </w:rPr>
        <w:t>φ</w:t>
      </w:r>
      <w:r w:rsidR="00A666A6" w:rsidRPr="00E1776C">
        <w:rPr>
          <w:rFonts w:ascii="Arial" w:hAnsi="Arial" w:cs="Arial"/>
          <w:i/>
          <w:iCs/>
          <w:sz w:val="20"/>
          <w:szCs w:val="20"/>
          <w:lang w:val="el-GR"/>
        </w:rPr>
        <w:t>ορέα]</w:t>
      </w:r>
    </w:p>
    <w:sectPr w:rsidR="0048784C" w:rsidRPr="00ED6D11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6452" w14:textId="77777777" w:rsidR="00372988" w:rsidRDefault="00372988" w:rsidP="00A666A6">
      <w:pPr>
        <w:spacing w:after="0" w:line="240" w:lineRule="auto"/>
      </w:pPr>
      <w:r>
        <w:separator/>
      </w:r>
    </w:p>
  </w:endnote>
  <w:endnote w:type="continuationSeparator" w:id="0">
    <w:p w14:paraId="5E6042F1" w14:textId="77777777" w:rsidR="00372988" w:rsidRDefault="00372988" w:rsidP="00A66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136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689BF" w14:textId="1C0580D4" w:rsidR="00A666A6" w:rsidRDefault="00A666A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5D55F7" w14:textId="77777777" w:rsidR="00A666A6" w:rsidRDefault="00A666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69815" w14:textId="77777777" w:rsidR="00372988" w:rsidRDefault="00372988" w:rsidP="00A666A6">
      <w:pPr>
        <w:spacing w:after="0" w:line="240" w:lineRule="auto"/>
      </w:pPr>
      <w:r>
        <w:separator/>
      </w:r>
    </w:p>
  </w:footnote>
  <w:footnote w:type="continuationSeparator" w:id="0">
    <w:p w14:paraId="76014A05" w14:textId="77777777" w:rsidR="00372988" w:rsidRDefault="00372988" w:rsidP="00A66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C4060C"/>
    <w:multiLevelType w:val="hybridMultilevel"/>
    <w:tmpl w:val="2FC882A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682D3E"/>
    <w:multiLevelType w:val="hybridMultilevel"/>
    <w:tmpl w:val="3256953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9E2B21"/>
    <w:multiLevelType w:val="hybridMultilevel"/>
    <w:tmpl w:val="43CA12FE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DB38D6"/>
    <w:multiLevelType w:val="hybridMultilevel"/>
    <w:tmpl w:val="F954C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961279">
    <w:abstractNumId w:val="8"/>
  </w:num>
  <w:num w:numId="2" w16cid:durableId="1365711248">
    <w:abstractNumId w:val="6"/>
  </w:num>
  <w:num w:numId="3" w16cid:durableId="803159090">
    <w:abstractNumId w:val="5"/>
  </w:num>
  <w:num w:numId="4" w16cid:durableId="735738560">
    <w:abstractNumId w:val="4"/>
  </w:num>
  <w:num w:numId="5" w16cid:durableId="182549445">
    <w:abstractNumId w:val="7"/>
  </w:num>
  <w:num w:numId="6" w16cid:durableId="1098714791">
    <w:abstractNumId w:val="3"/>
  </w:num>
  <w:num w:numId="7" w16cid:durableId="66149708">
    <w:abstractNumId w:val="2"/>
  </w:num>
  <w:num w:numId="8" w16cid:durableId="320619373">
    <w:abstractNumId w:val="1"/>
  </w:num>
  <w:num w:numId="9" w16cid:durableId="8945101">
    <w:abstractNumId w:val="0"/>
  </w:num>
  <w:num w:numId="10" w16cid:durableId="371348174">
    <w:abstractNumId w:val="12"/>
  </w:num>
  <w:num w:numId="11" w16cid:durableId="970939814">
    <w:abstractNumId w:val="9"/>
  </w:num>
  <w:num w:numId="12" w16cid:durableId="1182161322">
    <w:abstractNumId w:val="11"/>
  </w:num>
  <w:num w:numId="13" w16cid:durableId="19196345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D8B"/>
    <w:rsid w:val="0006063C"/>
    <w:rsid w:val="000B4EEB"/>
    <w:rsid w:val="000C31E6"/>
    <w:rsid w:val="00104E47"/>
    <w:rsid w:val="0015074B"/>
    <w:rsid w:val="00251383"/>
    <w:rsid w:val="0029639D"/>
    <w:rsid w:val="002B7F48"/>
    <w:rsid w:val="00326F90"/>
    <w:rsid w:val="00372988"/>
    <w:rsid w:val="00373C9C"/>
    <w:rsid w:val="003B6CB9"/>
    <w:rsid w:val="004062E4"/>
    <w:rsid w:val="00470E78"/>
    <w:rsid w:val="004836CE"/>
    <w:rsid w:val="0048784C"/>
    <w:rsid w:val="00625704"/>
    <w:rsid w:val="00670E4F"/>
    <w:rsid w:val="008A3D1A"/>
    <w:rsid w:val="008A6B0F"/>
    <w:rsid w:val="00930E2C"/>
    <w:rsid w:val="009914FB"/>
    <w:rsid w:val="009971D1"/>
    <w:rsid w:val="00A666A6"/>
    <w:rsid w:val="00AA1D8D"/>
    <w:rsid w:val="00AE6EFD"/>
    <w:rsid w:val="00B02167"/>
    <w:rsid w:val="00B06E41"/>
    <w:rsid w:val="00B47730"/>
    <w:rsid w:val="00B74A25"/>
    <w:rsid w:val="00BA6075"/>
    <w:rsid w:val="00BF58DE"/>
    <w:rsid w:val="00C36399"/>
    <w:rsid w:val="00C36BB5"/>
    <w:rsid w:val="00CA1651"/>
    <w:rsid w:val="00CB0664"/>
    <w:rsid w:val="00DA7D07"/>
    <w:rsid w:val="00E10792"/>
    <w:rsid w:val="00E1776C"/>
    <w:rsid w:val="00EC31E2"/>
    <w:rsid w:val="00ED6D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EE1E7"/>
  <w14:defaultImageDpi w14:val="300"/>
  <w15:docId w15:val="{CB03E0A5-0155-48F9-834A-1A113D02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2">
    <w:name w:val="annotation reference"/>
    <w:basedOn w:val="a2"/>
    <w:uiPriority w:val="99"/>
    <w:semiHidden/>
    <w:unhideWhenUsed/>
    <w:rsid w:val="00DA7D07"/>
    <w:rPr>
      <w:sz w:val="16"/>
      <w:szCs w:val="16"/>
    </w:rPr>
  </w:style>
  <w:style w:type="paragraph" w:styleId="aff3">
    <w:name w:val="annotation text"/>
    <w:basedOn w:val="a1"/>
    <w:link w:val="Char7"/>
    <w:uiPriority w:val="99"/>
    <w:unhideWhenUsed/>
    <w:rsid w:val="00DA7D07"/>
    <w:pPr>
      <w:spacing w:line="240" w:lineRule="auto"/>
    </w:pPr>
    <w:rPr>
      <w:sz w:val="20"/>
      <w:szCs w:val="20"/>
    </w:rPr>
  </w:style>
  <w:style w:type="character" w:customStyle="1" w:styleId="Char7">
    <w:name w:val="Κείμενο σχολίου Char"/>
    <w:basedOn w:val="a2"/>
    <w:link w:val="aff3"/>
    <w:uiPriority w:val="99"/>
    <w:rsid w:val="00DA7D07"/>
    <w:rPr>
      <w:sz w:val="20"/>
      <w:szCs w:val="20"/>
    </w:rPr>
  </w:style>
  <w:style w:type="paragraph" w:styleId="aff4">
    <w:name w:val="annotation subject"/>
    <w:basedOn w:val="aff3"/>
    <w:next w:val="aff3"/>
    <w:link w:val="Char8"/>
    <w:uiPriority w:val="99"/>
    <w:semiHidden/>
    <w:unhideWhenUsed/>
    <w:rsid w:val="00DA7D07"/>
    <w:rPr>
      <w:b/>
      <w:bCs/>
    </w:rPr>
  </w:style>
  <w:style w:type="character" w:customStyle="1" w:styleId="Char8">
    <w:name w:val="Θέμα σχολίου Char"/>
    <w:basedOn w:val="Char7"/>
    <w:link w:val="aff4"/>
    <w:uiPriority w:val="99"/>
    <w:semiHidden/>
    <w:rsid w:val="00DA7D07"/>
    <w:rPr>
      <w:b/>
      <w:bCs/>
      <w:sz w:val="20"/>
      <w:szCs w:val="20"/>
    </w:rPr>
  </w:style>
  <w:style w:type="paragraph" w:styleId="aff5">
    <w:name w:val="Revision"/>
    <w:hidden/>
    <w:uiPriority w:val="99"/>
    <w:semiHidden/>
    <w:rsid w:val="00BF58DE"/>
    <w:pPr>
      <w:spacing w:after="0" w:line="240" w:lineRule="auto"/>
    </w:pPr>
  </w:style>
  <w:style w:type="paragraph" w:styleId="Web">
    <w:name w:val="Normal (Web)"/>
    <w:basedOn w:val="a1"/>
    <w:rsid w:val="00C36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Gantas (STR)</dc:creator>
  <cp:keywords/>
  <dc:description>generated by python-docx</dc:description>
  <cp:lastModifiedBy>Eleftheria Kotsi</cp:lastModifiedBy>
  <cp:revision>19</cp:revision>
  <dcterms:created xsi:type="dcterms:W3CDTF">2026-07-22T11:12:00Z</dcterms:created>
  <dcterms:modified xsi:type="dcterms:W3CDTF">2026-07-23T09:50:00Z</dcterms:modified>
  <cp:category/>
</cp:coreProperties>
</file>